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Rime Digital White Board</w:t>
      </w:r>
    </w:p>
    <w:p>
      <w:pPr>
        <w:spacing w:after="360"/>
      </w:pPr>
      <w:r>
        <w:rPr>
          <w:rFonts w:ascii="Calibri" w:hAnsi="Calibri"/>
          <w:color w:val="64707D"/>
          <w:sz w:val="22"/>
        </w:rPr>
        <w:t>Sales conversation notes  •  2026-07-14_134028</w:t>
      </w:r>
    </w:p>
    <w:p>
      <w:pPr>
        <w:pStyle w:val="Heading1"/>
      </w:pPr>
      <w:r>
        <w:t>Pain points</w:t>
      </w:r>
    </w:p>
    <w:p>
      <w:r>
        <w:rPr>
          <w:rFonts w:ascii="Calibri" w:hAnsi="Calibri"/>
          <w:i/>
          <w:color w:val="64707D"/>
          <w:sz w:val="22"/>
        </w:rPr>
        <w:t>None captured.</w:t>
      </w:r>
    </w:p>
    <w:p>
      <w:pPr>
        <w:pStyle w:val="Heading1"/>
      </w:pPr>
      <w:r>
        <w:t>Success criteria &amp; concerns</w:t>
      </w:r>
    </w:p>
    <w:p>
      <w:r>
        <w:rPr>
          <w:rFonts w:ascii="Calibri" w:hAnsi="Calibri"/>
          <w:i/>
          <w:color w:val="64707D"/>
          <w:sz w:val="22"/>
        </w:rPr>
        <w:t>None captured.</w:t>
      </w:r>
    </w:p>
    <w:p>
      <w:pPr>
        <w:pStyle w:val="Heading1"/>
      </w:pPr>
      <w:r>
        <w:t>Next steps</w:t>
      </w:r>
    </w:p>
    <w:p>
      <w:r>
        <w:rPr>
          <w:rFonts w:ascii="Calibri" w:hAnsi="Calibri"/>
          <w:i/>
          <w:color w:val="64707D"/>
          <w:sz w:val="22"/>
        </w:rPr>
        <w:t>None captured.</w:t>
      </w:r>
    </w:p>
    <w:p>
      <w:r>
        <w:br w:type="page"/>
      </w:r>
    </w:p>
    <w:p>
      <w:pPr>
        <w:pStyle w:val="Heading1"/>
      </w:pPr>
      <w:r>
        <w:t>Complete meeting summary</w:t>
      </w:r>
    </w:p>
    <w:p>
      <w:pPr>
        <w:pStyle w:val="Heading2"/>
      </w:pPr>
      <w:r>
        <w:t>Meeting summary</w:t>
      </w:r>
    </w:p>
    <w:p>
      <w:r>
        <w:rPr>
          <w:rFonts w:ascii="Calibri" w:hAnsi="Calibri"/>
          <w:sz w:val="22"/>
        </w:rPr>
        <w:t>The meeting was an introductory call between Rime (represented by Colin Heilbut) and a prospect team consisting of James (CEO), Marissa (Head of Marketing), and Tim (Customer Service/Child Support). The main purpose was for Colin to introduce himself and Rime, and to begin understanding the prospect's challenges related to speech technology. No specific business needs or outcomes were discussed in detail during this meeting.</w:t>
      </w:r>
    </w:p>
    <w:p>
      <w:pPr>
        <w:pStyle w:val="Heading3"/>
      </w:pPr>
      <w:r>
        <w:t>Pain points &amp; concerns</w:t>
      </w:r>
    </w:p>
    <w:p>
      <w:r>
        <w:rPr>
          <w:rFonts w:ascii="Calibri" w:hAnsi="Calibri"/>
          <w:sz w:val="22"/>
        </w:rPr>
        <w:t>None.</w:t>
      </w:r>
    </w:p>
    <w:p>
      <w:pPr>
        <w:pStyle w:val="Heading3"/>
      </w:pPr>
      <w:r>
        <w:t>Success criteria for the new technology</w:t>
      </w:r>
    </w:p>
    <w:p>
      <w:r>
        <w:rPr>
          <w:rFonts w:ascii="Calibri" w:hAnsi="Calibri"/>
          <w:sz w:val="22"/>
        </w:rPr>
        <w:t>None.</w:t>
      </w:r>
    </w:p>
    <w:p>
      <w:pPr>
        <w:pStyle w:val="Heading3"/>
      </w:pPr>
      <w:r>
        <w:t>Decision process &amp; criteria</w:t>
      </w:r>
    </w:p>
    <w:p>
      <w:pPr>
        <w:pStyle w:val="ListBullet"/>
      </w:pPr>
      <w:r>
        <w:rPr>
          <w:rFonts w:ascii="Calibri" w:hAnsi="Calibri"/>
          <w:sz w:val="22"/>
        </w:rPr>
        <w:t>James (CEO) is involved in the decision process.</w:t>
      </w:r>
    </w:p>
    <w:p>
      <w:pPr>
        <w:pStyle w:val="ListBullet"/>
      </w:pPr>
      <w:r>
        <w:rPr>
          <w:rFonts w:ascii="Calibri" w:hAnsi="Calibri"/>
          <w:sz w:val="22"/>
        </w:rPr>
        <w:t>Marissa (Head of Marketing) and Tim (Customer Service/Child Support) are stakeholders.</w:t>
      </w:r>
    </w:p>
    <w:p>
      <w:pPr>
        <w:pStyle w:val="ListBullet"/>
      </w:pPr>
      <w:r>
        <w:rPr>
          <w:rFonts w:ascii="Calibri" w:hAnsi="Calibri"/>
          <w:sz w:val="22"/>
        </w:rPr>
        <w:t>No details provided on evaluation criteria or approval process.</w:t>
      </w:r>
    </w:p>
    <w:p>
      <w:pPr>
        <w:pStyle w:val="Heading3"/>
      </w:pPr>
      <w:r>
        <w:t>Timeline</w:t>
      </w:r>
    </w:p>
    <w:p>
      <w:r>
        <w:rPr>
          <w:rFonts w:ascii="Calibri" w:hAnsi="Calibri"/>
          <w:sz w:val="22"/>
        </w:rPr>
        <w:t>None.</w:t>
      </w:r>
    </w:p>
    <w:p>
      <w:pPr>
        <w:pStyle w:val="Heading3"/>
      </w:pPr>
      <w:r>
        <w:t>Next steps</w:t>
      </w:r>
    </w:p>
    <w:p>
      <w:pPr>
        <w:pStyle w:val="ListBullet"/>
      </w:pPr>
      <w:r>
        <w:rPr>
          <w:rFonts w:ascii="Calibri" w:hAnsi="Calibri"/>
          <w:sz w:val="22"/>
        </w:rPr>
        <w:t>Prospect to share specific challenges and business needs with Colin (Owner: Prospect team)</w:t>
      </w:r>
    </w:p>
    <w:p>
      <w:pPr>
        <w:pStyle w:val="ListBullet"/>
      </w:pPr>
      <w:r>
        <w:rPr>
          <w:rFonts w:ascii="Calibri" w:hAnsi="Calibri"/>
          <w:sz w:val="22"/>
        </w:rPr>
        <w:t>Colin to follow up for a deeper discovery conversation (Owner: Colin Heilbut)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4707D"/>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color w:val="64707D"/>
        <w:sz w:val="18"/>
      </w:rPr>
      <w:t>RIME DIGITAL WHITE BOARD  •  MEETING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Rime Digital White Board Notes</dc:title>
  <dc:subject>Pain points, questions or concerns, and next steps</dc:subject>
  <dc:creator>Rime Digital White Board</dc:creator>
  <cp:keywords/>
  <dc:description>generated by python-docx</dc:description>
  <cp:lastModifiedBy/>
  <cp:revision>1</cp:revision>
  <dcterms:created xsi:type="dcterms:W3CDTF">2013-12-23T23:15:00Z</dcterms:created>
  <dcterms:modified xsi:type="dcterms:W3CDTF">2013-12-23T23:15:00Z</dcterms:modified>
  <cp:category/>
</cp:coreProperties>
</file>